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32F8F" w14:textId="0E805E36" w:rsidR="008A0BC1" w:rsidRDefault="00000000">
      <w:pPr>
        <w:jc w:val="center"/>
      </w:pPr>
      <w:r>
        <w:rPr>
          <w:b/>
        </w:rPr>
        <w:t>Councillors are summoned to a</w:t>
      </w:r>
      <w:r>
        <w:rPr>
          <w:b/>
        </w:rPr>
        <w:br/>
      </w:r>
      <w:r>
        <w:rPr>
          <w:b/>
          <w:sz w:val="28"/>
        </w:rPr>
        <w:t>PARISH COUNCIL MEETING</w:t>
      </w:r>
      <w:r>
        <w:rPr>
          <w:b/>
          <w:sz w:val="28"/>
        </w:rPr>
        <w:br/>
      </w:r>
      <w:r>
        <w:t>To be held on</w:t>
      </w:r>
      <w:r>
        <w:br/>
      </w:r>
      <w:r>
        <w:rPr>
          <w:b/>
        </w:rPr>
        <w:t>Tuesday 14th July 2026</w:t>
      </w:r>
      <w:r>
        <w:rPr>
          <w:b/>
        </w:rPr>
        <w:br/>
      </w:r>
      <w:r>
        <w:t xml:space="preserve">at Stone </w:t>
      </w:r>
      <w:r w:rsidR="002E1959">
        <w:t>Parish Rooms</w:t>
      </w:r>
      <w:r>
        <w:br/>
        <w:t>at 7:00 pm</w:t>
      </w:r>
    </w:p>
    <w:p w14:paraId="4CAFD082" w14:textId="77777777" w:rsidR="00DD0740" w:rsidRDefault="00DD0740">
      <w:pPr>
        <w:jc w:val="center"/>
      </w:pPr>
    </w:p>
    <w:p w14:paraId="7EF4402F" w14:textId="77777777" w:rsidR="008A0BC1" w:rsidRDefault="00000000">
      <w:r>
        <w:rPr>
          <w:b/>
        </w:rPr>
        <w:t>1. APOLOGIES</w:t>
      </w:r>
    </w:p>
    <w:p w14:paraId="2DC8205E" w14:textId="1E9A2AA9" w:rsidR="008A0BC1" w:rsidRDefault="00000000">
      <w:r>
        <w:rPr>
          <w:b/>
        </w:rPr>
        <w:t xml:space="preserve">2. </w:t>
      </w:r>
      <w:r>
        <w:t>Police Report</w:t>
      </w:r>
    </w:p>
    <w:p w14:paraId="718E7982" w14:textId="77777777" w:rsidR="008A0BC1" w:rsidRDefault="00000000">
      <w:r>
        <w:rPr>
          <w:b/>
        </w:rPr>
        <w:t>3. PUBLIC QUESTION TIME</w:t>
      </w:r>
    </w:p>
    <w:p w14:paraId="01D85562" w14:textId="77777777" w:rsidR="008A0BC1" w:rsidRDefault="00000000">
      <w:r>
        <w:t>Members of the public are invited to join the meeting and address the Parish Council in respect of the agenda or any other matter. They may speak for 5 minutes. Comments will be recorded and included in the Minutes of the meeting. Members of the public should not participate in the main meeting unless invited to do so by the Chairman.</w:t>
      </w:r>
    </w:p>
    <w:p w14:paraId="63504C78" w14:textId="77777777" w:rsidR="008A0BC1" w:rsidRDefault="00000000">
      <w:r>
        <w:rPr>
          <w:b/>
        </w:rPr>
        <w:t>4. DECLARATIONS OF INTEREST</w:t>
      </w:r>
    </w:p>
    <w:p w14:paraId="1A927675" w14:textId="77777777" w:rsidR="008A0BC1" w:rsidRDefault="00000000">
      <w:r>
        <w:t>a) Disclosable Pecuniary Interests (DPIs)</w:t>
      </w:r>
      <w:r>
        <w:br/>
        <w:t>b) Other Disclosable Interests (ODIs)</w:t>
      </w:r>
      <w:r>
        <w:br/>
        <w:t>c) Requests for New Dispensations</w:t>
      </w:r>
    </w:p>
    <w:p w14:paraId="7FD72F55" w14:textId="77777777" w:rsidR="008A0BC1" w:rsidRDefault="00000000">
      <w:r>
        <w:rPr>
          <w:b/>
        </w:rPr>
        <w:t>5. Minutes</w:t>
      </w:r>
    </w:p>
    <w:p w14:paraId="7D3FBEFF" w14:textId="6BD25ECA" w:rsidR="008A0BC1" w:rsidRDefault="00000000">
      <w:r>
        <w:t>Approval of the Minutes of the previous Parish Council meeting</w:t>
      </w:r>
      <w:r w:rsidR="00DD0740">
        <w:t xml:space="preserve"> 5</w:t>
      </w:r>
      <w:r w:rsidR="00DD0740" w:rsidRPr="00DD0740">
        <w:rPr>
          <w:vertAlign w:val="superscript"/>
        </w:rPr>
        <w:t>th</w:t>
      </w:r>
      <w:r w:rsidR="00DD0740">
        <w:t xml:space="preserve"> May 2026. </w:t>
      </w:r>
    </w:p>
    <w:p w14:paraId="118F24DD" w14:textId="77777777" w:rsidR="008A0BC1" w:rsidRDefault="00000000">
      <w:r>
        <w:rPr>
          <w:b/>
        </w:rPr>
        <w:t>6. Planning</w:t>
      </w:r>
    </w:p>
    <w:p w14:paraId="3B85FF3D" w14:textId="77777777" w:rsidR="008A0BC1" w:rsidRDefault="00000000">
      <w:r>
        <w:rPr>
          <w:b/>
        </w:rPr>
        <w:t xml:space="preserve">6.1 </w:t>
      </w:r>
      <w:r>
        <w:t>Planning Applications</w:t>
      </w:r>
    </w:p>
    <w:p w14:paraId="1E9D8F8B" w14:textId="77777777" w:rsidR="008A0BC1" w:rsidRDefault="00000000">
      <w:r>
        <w:rPr>
          <w:b/>
        </w:rPr>
        <w:t xml:space="preserve">6.2 </w:t>
      </w:r>
      <w:r>
        <w:t>Planning Approvals / Rejections from WFDC</w:t>
      </w:r>
    </w:p>
    <w:p w14:paraId="1D988CCF" w14:textId="77777777" w:rsidR="008A0BC1" w:rsidRDefault="00000000">
      <w:r>
        <w:rPr>
          <w:b/>
        </w:rPr>
        <w:t>7. Councillors' Reports</w:t>
      </w:r>
    </w:p>
    <w:p w14:paraId="005E955B" w14:textId="77777777" w:rsidR="008A0BC1" w:rsidRDefault="00000000">
      <w:r>
        <w:rPr>
          <w:b/>
        </w:rPr>
        <w:t xml:space="preserve">7.1 </w:t>
      </w:r>
      <w:r>
        <w:t>District Councillor's Report</w:t>
      </w:r>
    </w:p>
    <w:p w14:paraId="4794615B" w14:textId="77777777" w:rsidR="008A0BC1" w:rsidRDefault="00000000">
      <w:r>
        <w:rPr>
          <w:b/>
        </w:rPr>
        <w:t xml:space="preserve">7.2 </w:t>
      </w:r>
      <w:r>
        <w:t>County Councillor's Report</w:t>
      </w:r>
    </w:p>
    <w:p w14:paraId="2267BABA" w14:textId="77777777" w:rsidR="008A0BC1" w:rsidRDefault="00000000">
      <w:r>
        <w:rPr>
          <w:b/>
        </w:rPr>
        <w:t xml:space="preserve">7.3 </w:t>
      </w:r>
      <w:r>
        <w:t>Councillors' Reports</w:t>
      </w:r>
    </w:p>
    <w:p w14:paraId="00732B32" w14:textId="77777777" w:rsidR="008A0BC1" w:rsidRDefault="00000000">
      <w:r>
        <w:rPr>
          <w:b/>
        </w:rPr>
        <w:t xml:space="preserve">7.4 </w:t>
      </w:r>
      <w:r>
        <w:t>Clerk's Report</w:t>
      </w:r>
    </w:p>
    <w:p w14:paraId="5D4CC46D" w14:textId="77777777" w:rsidR="008A0BC1" w:rsidRDefault="00000000">
      <w:r>
        <w:rPr>
          <w:b/>
        </w:rPr>
        <w:t xml:space="preserve">7.5 </w:t>
      </w:r>
      <w:r>
        <w:t>Report from Outside Bodies (CALC)</w:t>
      </w:r>
    </w:p>
    <w:p w14:paraId="0A1FDD70" w14:textId="77777777" w:rsidR="00DD0740" w:rsidRDefault="00DD0740"/>
    <w:p w14:paraId="65186A54" w14:textId="77777777" w:rsidR="008A0BC1" w:rsidRDefault="00000000">
      <w:r>
        <w:rPr>
          <w:b/>
        </w:rPr>
        <w:t xml:space="preserve">8. </w:t>
      </w:r>
      <w:r>
        <w:rPr>
          <w:b/>
          <w:u w:val="single"/>
        </w:rPr>
        <w:t>STONE MATTERS FOR DISCUSSION OR DECISION</w:t>
      </w:r>
    </w:p>
    <w:p w14:paraId="02D3C5A6" w14:textId="11522B27" w:rsidR="00C8514D" w:rsidRDefault="00DD0740">
      <w:r>
        <w:t xml:space="preserve">8.1 Co-option of a </w:t>
      </w:r>
      <w:r w:rsidR="00D9385B">
        <w:t xml:space="preserve">Parish </w:t>
      </w:r>
      <w:proofErr w:type="spellStart"/>
      <w:r>
        <w:t>Councillor</w:t>
      </w:r>
      <w:proofErr w:type="spellEnd"/>
      <w:r w:rsidR="00D9385B">
        <w:t xml:space="preserve"> – to consider an application and appoint a new Cllr. </w:t>
      </w:r>
    </w:p>
    <w:p w14:paraId="0ADB196E" w14:textId="4A6C5997" w:rsidR="00DD0740" w:rsidRDefault="00DD0740">
      <w:r>
        <w:lastRenderedPageBreak/>
        <w:t xml:space="preserve">8.2 </w:t>
      </w:r>
      <w:r w:rsidR="00D9385B">
        <w:t xml:space="preserve">Parish Rooms </w:t>
      </w:r>
      <w:proofErr w:type="spellStart"/>
      <w:r>
        <w:t>Wifi</w:t>
      </w:r>
      <w:proofErr w:type="spellEnd"/>
      <w:r>
        <w:t xml:space="preserve"> </w:t>
      </w:r>
      <w:r w:rsidR="00D9385B">
        <w:t xml:space="preserve">– to consider the provision of </w:t>
      </w:r>
      <w:proofErr w:type="spellStart"/>
      <w:r w:rsidR="00D9385B">
        <w:t>Wifi</w:t>
      </w:r>
      <w:proofErr w:type="spellEnd"/>
      <w:r w:rsidR="00D9385B">
        <w:t xml:space="preserve">. </w:t>
      </w:r>
    </w:p>
    <w:p w14:paraId="24CC21DC" w14:textId="0A3EA54F" w:rsidR="00DD0740" w:rsidRDefault="00DD0740">
      <w:r>
        <w:t xml:space="preserve">8.3 Church Flag </w:t>
      </w:r>
      <w:r w:rsidR="00D9385B">
        <w:t xml:space="preserve">– to </w:t>
      </w:r>
      <w:r>
        <w:t>Consider</w:t>
      </w:r>
      <w:r w:rsidR="00D9385B">
        <w:t xml:space="preserve"> the purchase of</w:t>
      </w:r>
      <w:r>
        <w:t xml:space="preserve"> a new Flag</w:t>
      </w:r>
      <w:r w:rsidR="00D9385B">
        <w:t>.</w:t>
      </w:r>
    </w:p>
    <w:p w14:paraId="3A430503" w14:textId="0598F1C4" w:rsidR="00DD0740" w:rsidRDefault="00DD0740">
      <w:r>
        <w:t xml:space="preserve">8.4 Lloyds bank – update </w:t>
      </w:r>
    </w:p>
    <w:p w14:paraId="19C69DB5" w14:textId="5B20443F" w:rsidR="00DD0740" w:rsidRDefault="00DD0740">
      <w:r>
        <w:t xml:space="preserve">8.5 AGAR - Update </w:t>
      </w:r>
    </w:p>
    <w:p w14:paraId="0AA14BB0" w14:textId="628818BE" w:rsidR="00DD0740" w:rsidRDefault="00DD0740">
      <w:r>
        <w:t xml:space="preserve">8.6 Public Footpath Closure – update </w:t>
      </w:r>
    </w:p>
    <w:p w14:paraId="3D8FE886" w14:textId="50D4679B" w:rsidR="00DD0740" w:rsidRDefault="00DD0740">
      <w:r>
        <w:t xml:space="preserve">8.7 Notice board – consider cost for a replacement notice board. </w:t>
      </w:r>
    </w:p>
    <w:p w14:paraId="37BA6DFE" w14:textId="55E931BD" w:rsidR="00DD0740" w:rsidRDefault="00DD0740">
      <w:r>
        <w:t>8.8 Staffing matters</w:t>
      </w:r>
    </w:p>
    <w:p w14:paraId="468D8FF9" w14:textId="77777777" w:rsidR="00DD0740" w:rsidRDefault="00DD0740"/>
    <w:p w14:paraId="3AFA29F7" w14:textId="7415D3AF" w:rsidR="008A0BC1" w:rsidRDefault="00000000">
      <w:r>
        <w:rPr>
          <w:b/>
        </w:rPr>
        <w:t>9. Financial Report and Actions</w:t>
      </w:r>
    </w:p>
    <w:p w14:paraId="2A28C8DD" w14:textId="77777777" w:rsidR="008A0BC1" w:rsidRDefault="00000000">
      <w:r>
        <w:rPr>
          <w:b/>
        </w:rPr>
        <w:t xml:space="preserve">9.1 </w:t>
      </w:r>
      <w:r>
        <w:t>To receive schedule of payments and receipts for June 2026.</w:t>
      </w:r>
    </w:p>
    <w:p w14:paraId="79AEA1D8" w14:textId="77777777" w:rsidR="008A0BC1" w:rsidRDefault="00000000">
      <w:r>
        <w:rPr>
          <w:b/>
        </w:rPr>
        <w:t xml:space="preserve">9.2 </w:t>
      </w:r>
      <w:r>
        <w:t>To approve Bank Reconciliation for the month ending June 2026.</w:t>
      </w:r>
    </w:p>
    <w:p w14:paraId="667B13F5" w14:textId="77777777" w:rsidR="00903325" w:rsidRDefault="00903325"/>
    <w:p w14:paraId="3B83DA53" w14:textId="77777777" w:rsidR="008A0BC1" w:rsidRDefault="00000000">
      <w:r>
        <w:rPr>
          <w:b/>
        </w:rPr>
        <w:t xml:space="preserve">10. </w:t>
      </w:r>
      <w:r>
        <w:t>Date of Next Meeting</w:t>
      </w:r>
    </w:p>
    <w:p w14:paraId="58EC82FE" w14:textId="77777777" w:rsidR="00903325" w:rsidRDefault="00903325"/>
    <w:p w14:paraId="4C5B698F" w14:textId="77777777" w:rsidR="008A0BC1" w:rsidRDefault="00000000">
      <w:pPr>
        <w:jc w:val="center"/>
      </w:pPr>
      <w:r>
        <w:rPr>
          <w:i/>
        </w:rPr>
        <w:t>Rachel Jefferies</w:t>
      </w:r>
      <w:r>
        <w:rPr>
          <w:i/>
        </w:rPr>
        <w:br/>
      </w:r>
      <w:r>
        <w:t>Locum Clerk to the Parish Council</w:t>
      </w:r>
      <w:r>
        <w:br/>
        <w:t>06.07.2026</w:t>
      </w:r>
    </w:p>
    <w:sectPr w:rsidR="008A0BC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94526830">
    <w:abstractNumId w:val="8"/>
  </w:num>
  <w:num w:numId="2" w16cid:durableId="623584868">
    <w:abstractNumId w:val="6"/>
  </w:num>
  <w:num w:numId="3" w16cid:durableId="918179185">
    <w:abstractNumId w:val="5"/>
  </w:num>
  <w:num w:numId="4" w16cid:durableId="558982319">
    <w:abstractNumId w:val="4"/>
  </w:num>
  <w:num w:numId="5" w16cid:durableId="485435800">
    <w:abstractNumId w:val="7"/>
  </w:num>
  <w:num w:numId="6" w16cid:durableId="49116078">
    <w:abstractNumId w:val="3"/>
  </w:num>
  <w:num w:numId="7" w16cid:durableId="1394547276">
    <w:abstractNumId w:val="2"/>
  </w:num>
  <w:num w:numId="8" w16cid:durableId="2068987487">
    <w:abstractNumId w:val="1"/>
  </w:num>
  <w:num w:numId="9" w16cid:durableId="675960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E1959"/>
    <w:rsid w:val="00321454"/>
    <w:rsid w:val="00326F90"/>
    <w:rsid w:val="008A0BC1"/>
    <w:rsid w:val="00903325"/>
    <w:rsid w:val="00AA1D8D"/>
    <w:rsid w:val="00B47730"/>
    <w:rsid w:val="00C8514D"/>
    <w:rsid w:val="00CB0664"/>
    <w:rsid w:val="00D9385B"/>
    <w:rsid w:val="00DD0740"/>
    <w:rsid w:val="00F4074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18C64B"/>
  <w14:defaultImageDpi w14:val="300"/>
  <w15:docId w15:val="{57D5CB26-F092-0C46-8A61-77B99CFCA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270</Words>
  <Characters>1407</Characters>
  <Application>Microsoft Office Word</Application>
  <DocSecurity>0</DocSecurity>
  <Lines>46</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Rachel Jefferies</cp:lastModifiedBy>
  <cp:revision>6</cp:revision>
  <dcterms:created xsi:type="dcterms:W3CDTF">2026-07-02T10:15:00Z</dcterms:created>
  <dcterms:modified xsi:type="dcterms:W3CDTF">2026-07-02T11:13:00Z</dcterms:modified>
  <cp:category/>
</cp:coreProperties>
</file>